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СОГЛАСИЕ</w:t>
        <w:br/>
        <w:t>на обработку персональных данных</w:t>
      </w:r>
    </w:p>
    <w:p>
      <w:pPr>
        <w:jc w:val="center"/>
      </w:pPr>
      <w:r>
        <w:rPr>
          <w:i/>
        </w:rPr>
        <w:t>Редакция от 14 августа 2026 года</w:t>
      </w:r>
    </w:p>
    <w:p>
      <w:pPr>
        <w:spacing w:after="120"/>
      </w:pPr>
      <w:r>
        <w:t>Настоящим я, пользователь сайта UPGRADE JOB, свободно, своей волей и в своем интересе даю Индивидуальному предпринимателю Сутыгиной Валентине Максимовне, ИНН 753608952874, ОГРНИП 326246800131526 (далее — «Оператор»), согласие на обработку моих персональных данных на условиях, изложенных ниже.</w:t>
      </w:r>
    </w:p>
    <w:p>
      <w:r>
        <w:rPr>
          <w:b/>
          <w:sz w:val="24"/>
        </w:rPr>
        <w:t>1. Персональные данные</w:t>
      </w:r>
    </w:p>
    <w:p>
      <w:pPr>
        <w:spacing w:after="120"/>
      </w:pPr>
      <w:r>
        <w:t>Согласие предоставляется на обработку персональных данных, которые я указываю в форме на сайте UPGRADE JOB:</w:t>
      </w:r>
    </w:p>
    <w:p>
      <w:pPr>
        <w:pStyle w:val="ListBullet"/>
      </w:pPr>
      <w:r>
        <w:t>имя;</w:t>
      </w:r>
    </w:p>
    <w:p>
      <w:pPr>
        <w:pStyle w:val="ListBullet"/>
      </w:pPr>
      <w:r>
        <w:t>номер телефона;</w:t>
      </w:r>
    </w:p>
    <w:p>
      <w:pPr>
        <w:pStyle w:val="ListBullet"/>
      </w:pPr>
      <w:r>
        <w:t>выбранное интересующее направление.</w:t>
      </w:r>
    </w:p>
    <w:p>
      <w:pPr>
        <w:spacing w:after="120"/>
      </w:pPr>
      <w:r>
        <w:t>Также Оператор вправе обрабатывать технические сведения, необходимые для подтверждения факта предоставления настоящего согласия и отправки формы, включая дату и время отправки, сведения о странице/форме и технический идентификатор события.</w:t>
      </w:r>
    </w:p>
    <w:p>
      <w:r>
        <w:rPr>
          <w:b/>
          <w:sz w:val="24"/>
        </w:rPr>
        <w:t>2. Цели обработки</w:t>
      </w:r>
    </w:p>
    <w:p>
      <w:pPr>
        <w:spacing w:after="120"/>
      </w:pPr>
      <w:r>
        <w:t>Персональные данные обрабатываются исключительно в целях:</w:t>
      </w:r>
    </w:p>
    <w:p>
      <w:pPr>
        <w:pStyle w:val="ListBullet"/>
      </w:pPr>
      <w:r>
        <w:t>приема и обработки моей заявки;</w:t>
      </w:r>
    </w:p>
    <w:p>
      <w:pPr>
        <w:pStyle w:val="ListBullet"/>
      </w:pPr>
      <w:r>
        <w:t>связи со мной по оставленным контактным данным;</w:t>
      </w:r>
    </w:p>
    <w:p>
      <w:pPr>
        <w:pStyle w:val="ListBullet"/>
      </w:pPr>
      <w:r>
        <w:t>предоставления информации о направлениях, программах, формате и условиях услуг UPGRADE JOB;</w:t>
      </w:r>
    </w:p>
    <w:p>
      <w:pPr>
        <w:pStyle w:val="ListBullet"/>
      </w:pPr>
      <w:r>
        <w:t>подбора подходящего варианта и проведения консультации по моей заявке;</w:t>
      </w:r>
    </w:p>
    <w:p>
      <w:pPr>
        <w:pStyle w:val="ListBullet"/>
      </w:pPr>
      <w:r>
        <w:t>ведения учета обращений и подтверждения факта взаимодействия с Оператором.</w:t>
      </w:r>
    </w:p>
    <w:p>
      <w:r>
        <w:rPr>
          <w:b/>
          <w:sz w:val="24"/>
        </w:rPr>
        <w:t>3. Действия с персональными данными</w:t>
      </w:r>
    </w:p>
    <w:p>
      <w:pPr>
        <w:spacing w:after="120"/>
      </w:pPr>
      <w:r>
        <w:t>Я даю согласие на совершение Оператором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предоставление доступа лицам, обрабатывающим данные по поручению Оператора в объеме, необходимом для работы сайта, CRM и средств связи, блокирование, удаление и уничтожение.</w:t>
      </w:r>
    </w:p>
    <w:p>
      <w:pPr>
        <w:spacing w:after="120"/>
      </w:pPr>
      <w:r>
        <w:t>Обработка может осуществляться как с использованием средств автоматизации, так и без их использования.</w:t>
      </w:r>
    </w:p>
    <w:p>
      <w:r>
        <w:rPr>
          <w:b/>
          <w:sz w:val="24"/>
        </w:rPr>
        <w:t>4. Срок действия согласия</w:t>
      </w:r>
    </w:p>
    <w:p>
      <w:pPr>
        <w:spacing w:after="120"/>
      </w:pPr>
      <w:r>
        <w:t>Согласие действует до достижения целей обработки либо до его отзыва мной, если более длительный срок обработки не требуется или не допускается законодательством Российской Федерации.</w:t>
      </w:r>
    </w:p>
    <w:p>
      <w:r>
        <w:rPr>
          <w:b/>
          <w:sz w:val="24"/>
        </w:rPr>
        <w:t>5. Отзыв согласия</w:t>
      </w:r>
    </w:p>
    <w:p>
      <w:pPr>
        <w:spacing w:after="120"/>
      </w:pPr>
      <w:r>
        <w:t>Я вправе в любое время отозвать настоящее согласие, направив обращение Оператору по электронной почте support@upgradejob.ru с указанием данных, позволяющих идентифицировать мою заявку.</w:t>
      </w:r>
    </w:p>
    <w:p>
      <w:pPr>
        <w:spacing w:after="120"/>
      </w:pPr>
      <w:r>
        <w:t>После получения отзыва Оператор прекращает обработку персональных данных и уничтожает их в порядке и сроки, предусмотренные законодательством Российской Федерации, за исключением случаев, когда обработка может быть продолжена без согласия субъекта на ином законном основании.</w:t>
      </w:r>
    </w:p>
    <w:p>
      <w:r>
        <w:rPr>
          <w:b/>
          <w:sz w:val="24"/>
        </w:rPr>
        <w:t>6. Подтверждение согласия</w:t>
      </w:r>
    </w:p>
    <w:p>
      <w:pPr>
        <w:spacing w:after="120"/>
      </w:pPr>
      <w:r>
        <w:t>Согласие предоставляется путем самостоятельной установки пользователем отметки (чекбокса) рядом с текстом о согласии на обработку персональных данных и последующей отправки формы на сайте.</w:t>
      </w:r>
    </w:p>
    <w:p>
      <w:pPr>
        <w:spacing w:after="120"/>
      </w:pPr>
      <w:r>
        <w:t>Я подтверждаю, что предоставляю настоящее согласие конкретно, предметно, информированно, сознательно и однозначно, а также что ознакомился(лась) с Политикой в отношении обработки персональных данных UPGRADE JOB до отправки формы.</w:t>
      </w:r>
    </w:p>
    <w:p>
      <w:r>
        <w:rPr>
          <w:b/>
          <w:sz w:val="24"/>
        </w:rPr>
        <w:t>7. Сведения об Операторе</w:t>
      </w:r>
    </w:p>
    <w:p>
      <w:pPr>
        <w:spacing w:after="120"/>
      </w:pPr>
      <w:r>
        <w:t>Индивидуальный предприниматель Сутыгина Валентина Максимовна</w:t>
      </w:r>
    </w:p>
    <w:p>
      <w:pPr>
        <w:spacing w:after="120"/>
      </w:pPr>
      <w:r>
        <w:t>ИНН: 753608952874</w:t>
      </w:r>
    </w:p>
    <w:p>
      <w:pPr>
        <w:spacing w:after="120"/>
      </w:pPr>
      <w:r>
        <w:t>ОГРНИП: 326246800131526</w:t>
      </w:r>
    </w:p>
    <w:p>
      <w:pPr>
        <w:spacing w:after="120"/>
      </w:pPr>
      <w:r>
        <w:t>E-mail по вопросам персональных данных: support@upgradejob.ru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